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 בוחרת/בוחר להיות השנה?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דברים שקורים לנו לבין דברים שאנחנו בוחרים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'הלוח הלבן' ואת הרעיון של בחירה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כיוון אישי אחד לשנה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'הלוח הלבן'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שחברותיה הקרובות שובצו בכיתה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הייתם רוצים שיהיה כתוב על הלוח הלבן ביוני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לחזור לחברות הישנות או לפנות ליונתן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היה דבר שלא בידיה - נסיבה שלא 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האחות שאלה אותה מה היא מתכוונת לעשות עם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(דברים שקורים לנו בלי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(החלטה שאני עושה בעצמי)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(כרטיס עם מילה וצעד לשבוע הקרוב)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(צעד קטן בכל פעם, מידה אחת בכל פעם)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שתי עמודות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הסיפור 'הלוח הלבן' ושאלות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לימוד הפסוקים 'ובחרת בחיים'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מילת הכיוון לשנה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בחר מילה והסביר קשר לרצון אישי לשנה הקרובה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שנסיבות אינן תלויות בנו אך התגובה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רגע הבחירה הקטנה בסיפור כביטוי לרעיון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אישית הקשורה למטרה או מידה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פעילות העמודות על הלוח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שיתוף מרצון בלבד של מילת הכיוון האישית, לא לכפות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חדשים אפשר להוסיף כרטיסי מילים עם תרגום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 בוחרת/בוחר להיות השנה?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בתחילת השנה אנחנו עוצרים ושואלים מה בידינו ומה לא. הדף הזה מתרגל את סיפור 'הלוח הלבן' ואת הרעיון שגם כשהנסיבות לא תלויות בנו, התגובה שלנו כן.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קרו לנו  ·  לבן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 'הלוח הלבן'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גילתה אלה ביום הראשון לכיתה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שהיא עברה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שחברותיה הקרובות שובצו בכיתה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שהמורה שלה התחלפה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שאלה המחנכת את התלמידים בשיעור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למדתם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הייתם רוצים שיהיה כתוב על הלוח הלבן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החברים הכי טובים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בחירה עמדה בפני אלה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לאכול או לא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לחזור לחברות הישנות או לפנות ליונתן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ללמוד או לנוח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אלה בחרה באיזו כיתה היא תלמד.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האחות של אלה אמרה לה שזו בטוח תהיה שנה גרועה.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בפתיחת השיעור כותבים על הלוח שתי עמודות: דברים שבחרנו ודברים ש__________.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הסיפור שקראו בכיתה הוא 'הלוח ה__________'.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נסיבות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כרטיס עם מילה וצעד לשבוע הקרוב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דברים שקורים לנו בלי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מצפן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צעד קטן בכל פעם, מידה אחת בכל 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מוטו התוכנית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החלטה שאני עושה בעצמי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הפעילויות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לימוד הפסוקים 'ובחרת בחיים'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מילת הכיוון לשנה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הסיפור 'הלוח הלבן' ושאלות בזוגות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עם שתי עמודות על הלוח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מילה אחת שהייתם רוצים שתהיה כתובה על 'הלוח הלבן' שלכם בסוף השנה,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דבר שקורה לנו לבין דבר שאנחנו בוחרים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למדתם מהסיפור על אלה ויונתן?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 בוחרת/בוחר להיות השנה?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