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אני בוחרת/בוחר להיות השנה?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דברים שקורים לנו לבין דברים שאנחנו בוחרים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'הלוח הלבן' ואת הרעיון של בחירה יומיומית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להגדיר כיוון אישי אחד לשנה החדשה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 'הלוח הלבן'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שחברותיה הקרובות שובצו בכיתה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הייתם רוצים שיהיה כתוב על הלוח הלבן ביוני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יונתן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לחזור לחברות הישנות או לפנות ליונתן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פתוחה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היה דבר שלא בידיה - נסיבה שלא בחרה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האחות שאלה אותה מה היא מתכוונת לעשות עם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הרעיון המרכזי שהודגש בדיון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הייתה הבחירה הקטנה הראשונה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המוטו הוא 'צעד קטן בכל פעם, מידה אחת בכל פעם'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קרו 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מושגים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(דברים שקורים לנו בלי בחירה)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(החלטה שאני עושה בעצמי)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(כרטיס עם מילה וצעד לשבוע הקרוב)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(צעד קטן בכל פעם, מידה אחת בכל פעם)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(פסוקים מספר דברים על בחירה)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הפעילויות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עם שתי עמודות על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קריאת הסיפור 'הלוח הלבן' ושאלות בזוגות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לימוד הפסוקים 'ובחרת בחיים'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מילת הכיוון לשנה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מילוי כרטיס יציאה - מצפן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בחר מילה והסביר קשר לרצון אישי לשנה הקרובה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צעד קונקרטי, ישים, קשור למילה שנבחרה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שנסיבות אינן תלויות בנו אך התגובה 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הכרת רגע הבחירה הקטנה בסיפור כביטוי לרעיון המרכזי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אישית הקשורה למטרה או מידה לשנה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את פעילות העמודות על הלוח בפועל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שיתוף מרצון בלבד של מילת הכיוון האישית, לא לכפות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למשתתפים חדשים אפשר להוסיף כרטיסי מילים עם תרגום לפני 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אני בוחרת/בוחר להיות השנה?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בתחילת השנה לומדים על בחירה. יש דברים שאנחנו לא בוחרים, ויש דברים שכן. קוראים סיפור על ילדה בשם אלה ולומדים מילה חדשה: בחירה.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החלטה שאני עושה בעצמי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נסיבות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שקורים לנו בלי שבחרנו בהם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כיוון אישי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מטרה או מידה שאני רוצה להתקדם אליה השנה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מוטו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שמסכם רעיון חשוב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להמשיך לנסות גם כשקשה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מצפן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שמראה כיוון, כאן - כיוון בחיים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צעד קטן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פשוטה שאפשר לעשות כבר היום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 'הלוח הלבן'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קרה לאלה ביום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שהיא עברה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שחברותיה הקרובות שובצו בכיתה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שהמורה שלה התחלפה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שהשיעורים התארכו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המחנכת שאלה את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למדתם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הייתם רוצים שיהיה כתוב על הלוח הלבן ביוני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החברים הכי טובים 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הציון שאתם רוצים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ישב ליד 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המחנכת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יונתן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חברה ותיקה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אלה הייתה צריכה להחליט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לאכול או לא לאכול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לחזור לחברות הישנות או לפנות ליונתן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ללמוד או לנוח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מכתב או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המילה שאלה 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כועסת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אלה בחרה באיזו כיתה היא תלמד.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האחות של אלה אמרה לה שזו בטוח תהיה שנה גרועה.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הסיפור, גם כשהנסיבות לא בידינו - התגובה שלנו כן.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אלה החליטה לפנות ליונתן ולהציע לו לבוא לקפיטריה.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מוטו התוכנית הוא 'הצלחה גדולה בכל פעם'.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בפתיחת השיעור כותבים על הלוח שתי עמודות: דברים שבחרנו ודברים ש__________.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שם הסיפור שקראו בכיתה הוא 'הלוח ה__________'.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בסיום השיעור כל תלמיד ממלא כרטיס יציאה שנקרא __________ אישי.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הפסוקים שנלמדו הם מספר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אלה כתבה שהיא לא בחרה איפה להתחיל אבל היא כן בוחרת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מושגים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נסיבות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החלטה שאני עושה בעצמי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בחירה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צעד קטן בכל פעם, מידה אחת בכל פעם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מצפן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דברים שקורים לנו בלי בחירה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מוטו התוכנית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פסוקים מספר דברים על בחירה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ובחרת בחיים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כרטיס עם מילה וצעד לשבוע הקרוב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הפעילויות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מילת הכיוון לשנה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לימוד הפסוקים 'ובחרת בחיים'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עם שתי עמודות על הלוח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מילוי כרטיס יציאה - מצפן אישי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קריאת הסיפור 'הלוח הלבן' ושאלות בזוגות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מילה אחת שהייתם רוצים שתהיה כתובה על 'הלוח הלבן' שלכם בסוף השנה, והסבירו למה בחרתם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צעד קטן אחד שתוכלו לעשות השבוע כדי להתקדם לכיוון המילה שבחרתם.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דבר שקורה לנו לבין דבר שאנחנו בוחרים בו?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מהסיפור על אלה ויונתן?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מילת הכיוון שלכם לשנה הקרובה?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אני בוחרת/בוחר להיות השנה?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